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87E9" w14:textId="77777777" w:rsidR="00192424" w:rsidRPr="00726DFB" w:rsidRDefault="00000000">
      <w:pPr>
        <w:spacing w:after="20"/>
        <w:jc w:val="center"/>
      </w:pPr>
      <w:r w:rsidRPr="00726DFB">
        <w:rPr>
          <w:b/>
          <w:sz w:val="36"/>
        </w:rPr>
        <w:t>CHANCHAL GABRANI</w:t>
      </w:r>
    </w:p>
    <w:p w14:paraId="3F9CBD47" w14:textId="77777777" w:rsidR="00192424" w:rsidRPr="00726DFB" w:rsidRDefault="00000000">
      <w:pPr>
        <w:spacing w:after="40"/>
        <w:jc w:val="center"/>
      </w:pPr>
      <w:r w:rsidRPr="00726DFB">
        <w:rPr>
          <w:b/>
          <w:sz w:val="22"/>
        </w:rPr>
        <w:t>SEO &amp; DIGITAL MARKETING PROFESSIONAL</w:t>
      </w:r>
    </w:p>
    <w:p w14:paraId="7B161924" w14:textId="77777777" w:rsidR="00192424" w:rsidRPr="00726DFB" w:rsidRDefault="00000000">
      <w:pPr>
        <w:spacing w:after="100"/>
        <w:jc w:val="center"/>
        <w:rPr>
          <w:sz w:val="24"/>
          <w:szCs w:val="24"/>
        </w:rPr>
      </w:pPr>
      <w:r w:rsidRPr="00726DFB">
        <w:rPr>
          <w:sz w:val="22"/>
          <w:szCs w:val="24"/>
        </w:rPr>
        <w:t xml:space="preserve">Jaipur, </w:t>
      </w:r>
      <w:proofErr w:type="gramStart"/>
      <w:r w:rsidRPr="00726DFB">
        <w:rPr>
          <w:sz w:val="22"/>
          <w:szCs w:val="24"/>
        </w:rPr>
        <w:t>Rajasthan  |</w:t>
      </w:r>
      <w:proofErr w:type="gramEnd"/>
      <w:r w:rsidRPr="00726DFB">
        <w:rPr>
          <w:sz w:val="22"/>
          <w:szCs w:val="24"/>
        </w:rPr>
        <w:t xml:space="preserve">  </w:t>
      </w:r>
      <w:proofErr w:type="gramStart"/>
      <w:r w:rsidRPr="00726DFB">
        <w:rPr>
          <w:sz w:val="22"/>
          <w:szCs w:val="24"/>
        </w:rPr>
        <w:t>6377808510  |</w:t>
      </w:r>
      <w:proofErr w:type="gramEnd"/>
      <w:r w:rsidRPr="00726DFB">
        <w:rPr>
          <w:sz w:val="22"/>
          <w:szCs w:val="24"/>
        </w:rPr>
        <w:t xml:space="preserve">  gabranichanchal@gmail.com</w:t>
      </w:r>
    </w:p>
    <w:p w14:paraId="19CF7DCE" w14:textId="094D64F4" w:rsidR="00192424" w:rsidRPr="00726DFB" w:rsidRDefault="00726DFB">
      <w:pPr>
        <w:spacing w:after="40"/>
        <w:rPr>
          <w:sz w:val="28"/>
          <w:szCs w:val="28"/>
        </w:rPr>
      </w:pPr>
      <w:r w:rsidRPr="00726DFB">
        <w:rPr>
          <w:b/>
          <w:sz w:val="32"/>
          <w:szCs w:val="32"/>
        </w:rPr>
        <w:br/>
      </w:r>
      <w:r w:rsidR="00000000" w:rsidRPr="00726DFB">
        <w:rPr>
          <w:b/>
          <w:sz w:val="28"/>
          <w:szCs w:val="28"/>
        </w:rPr>
        <w:t>PROFESSIONAL SUMMARY</w:t>
      </w:r>
    </w:p>
    <w:p w14:paraId="481A07E6" w14:textId="77777777" w:rsidR="00192424" w:rsidRPr="00726DFB" w:rsidRDefault="00000000" w:rsidP="00726DFB">
      <w:pPr>
        <w:spacing w:after="40" w:line="240" w:lineRule="auto"/>
        <w:rPr>
          <w:sz w:val="24"/>
          <w:szCs w:val="24"/>
        </w:rPr>
      </w:pPr>
      <w:proofErr w:type="gramStart"/>
      <w:r w:rsidRPr="00726DFB">
        <w:rPr>
          <w:sz w:val="24"/>
          <w:szCs w:val="24"/>
        </w:rPr>
        <w:t>B.Com</w:t>
      </w:r>
      <w:proofErr w:type="gramEnd"/>
      <w:r w:rsidRPr="00726DFB">
        <w:rPr>
          <w:sz w:val="24"/>
          <w:szCs w:val="24"/>
        </w:rPr>
        <w:t xml:space="preserve"> graduate with hands-on experience in SEO and digital marketing through a 3-month onsite internship at LegalDev Tax India Pvt. Ltd. Skilled in keyword research, on-page and off-page SEO, competitor analysis, content optimization, link building, and website performance monitoring. Familiar with Google Search Console, Google Analytics, and SEO tools, with a strong interest in improving organic visibility and website growth.</w:t>
      </w:r>
    </w:p>
    <w:p w14:paraId="29ADE802" w14:textId="30E7279F" w:rsidR="00192424" w:rsidRPr="00726DFB" w:rsidRDefault="00726DFB" w:rsidP="00726DFB">
      <w:pPr>
        <w:spacing w:after="40" w:line="240" w:lineRule="auto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000000" w:rsidRPr="00726DFB">
        <w:rPr>
          <w:b/>
          <w:sz w:val="28"/>
          <w:szCs w:val="28"/>
        </w:rPr>
        <w:t>CORE COMPETENCIES</w:t>
      </w:r>
    </w:p>
    <w:p w14:paraId="0FAA6C52" w14:textId="77777777" w:rsidR="00192424" w:rsidRPr="00726DFB" w:rsidRDefault="00000000" w:rsidP="00726DFB">
      <w:pPr>
        <w:spacing w:after="40" w:line="240" w:lineRule="auto"/>
        <w:rPr>
          <w:sz w:val="24"/>
          <w:szCs w:val="24"/>
        </w:rPr>
      </w:pPr>
      <w:r w:rsidRPr="00726DFB">
        <w:rPr>
          <w:sz w:val="24"/>
          <w:szCs w:val="24"/>
        </w:rPr>
        <w:t>SEO &amp; Digital Marketing  •  Keyword Research  •  On-Page SEO  •  Off-Page SEO  •  Competitor Analysis  •  Content Optimization  •  Meta Titles &amp; Descriptions  •  SEO-Friendly Content  •  Link Building  •  Website Performance Monitoring  •  Basic SEO Reporting</w:t>
      </w:r>
    </w:p>
    <w:p w14:paraId="180A463B" w14:textId="2EE7DC33" w:rsidR="00192424" w:rsidRPr="00726DFB" w:rsidRDefault="00726DFB" w:rsidP="00726DFB">
      <w:pPr>
        <w:spacing w:after="40" w:line="240" w:lineRule="auto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000000" w:rsidRPr="00726DFB">
        <w:rPr>
          <w:b/>
          <w:sz w:val="28"/>
          <w:szCs w:val="28"/>
        </w:rPr>
        <w:t>PROFESSIONAL EXPERIENCE</w:t>
      </w:r>
    </w:p>
    <w:p w14:paraId="5D350100" w14:textId="77777777" w:rsidR="00192424" w:rsidRPr="00726DFB" w:rsidRDefault="00000000">
      <w:pPr>
        <w:spacing w:after="20"/>
        <w:rPr>
          <w:sz w:val="24"/>
          <w:szCs w:val="24"/>
        </w:rPr>
      </w:pPr>
      <w:r w:rsidRPr="00726DFB">
        <w:rPr>
          <w:b/>
          <w:sz w:val="24"/>
          <w:szCs w:val="24"/>
        </w:rPr>
        <w:t>SEO Intern | LegalDev Tax India Pvt. Ltd. | Jaipur, Rajasthan</w:t>
      </w:r>
    </w:p>
    <w:p w14:paraId="55744659" w14:textId="77777777" w:rsidR="00192424" w:rsidRPr="00726DFB" w:rsidRDefault="00000000">
      <w:pPr>
        <w:spacing w:after="40"/>
        <w:rPr>
          <w:sz w:val="32"/>
          <w:szCs w:val="32"/>
        </w:rPr>
      </w:pPr>
      <w:r w:rsidRPr="00726DFB">
        <w:rPr>
          <w:i/>
          <w:sz w:val="24"/>
          <w:szCs w:val="32"/>
        </w:rPr>
        <w:t>3-Month Onsite Internship | 26 June 2026 – Present</w:t>
      </w:r>
    </w:p>
    <w:p w14:paraId="68BBAD01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Supported on-page and off-page SEO activities to improve website visibility and search performance.</w:t>
      </w:r>
    </w:p>
    <w:p w14:paraId="02E8F60E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Conducted keyword research and competitor analysis to support SEO planning and content decisions.</w:t>
      </w:r>
    </w:p>
    <w:p w14:paraId="3E341FC6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Optimized website content, meta titles, and meta descriptions for search relevance and click potential.</w:t>
      </w:r>
    </w:p>
    <w:p w14:paraId="70B3BA9B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Created and refined SEO-friendly website content and blog content based on target keywords.</w:t>
      </w:r>
    </w:p>
    <w:p w14:paraId="3A0ACEAF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Supported backlink creation and link-building activities as part of off-page SEO efforts.</w:t>
      </w:r>
    </w:p>
    <w:p w14:paraId="4BA7EB83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Monitored website performance using SEO tools and reviewed key SEO metrics and updates.</w:t>
      </w:r>
    </w:p>
    <w:p w14:paraId="0402D590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Worked with Google Search Console and Google Analytics for website monitoring and performance tracking.</w:t>
      </w:r>
    </w:p>
    <w:p w14:paraId="7BC7A809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Prepared basic SEO reports and maintained records of daily SEO activities and progress.</w:t>
      </w:r>
    </w:p>
    <w:p w14:paraId="35866059" w14:textId="77777777" w:rsidR="00192424" w:rsidRPr="00726DFB" w:rsidRDefault="00000000">
      <w:pPr>
        <w:spacing w:after="20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Coordinated with content and marketing teams to support ongoing SEO and digital marketing tasks.</w:t>
      </w:r>
    </w:p>
    <w:p w14:paraId="7F2B1291" w14:textId="77777777" w:rsidR="00192424" w:rsidRPr="00726DFB" w:rsidRDefault="00000000" w:rsidP="00726DFB">
      <w:pPr>
        <w:spacing w:after="20" w:line="240" w:lineRule="auto"/>
        <w:ind w:left="230" w:hanging="173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• </w:t>
      </w:r>
      <w:r w:rsidRPr="00726DFB">
        <w:rPr>
          <w:sz w:val="24"/>
          <w:szCs w:val="24"/>
        </w:rPr>
        <w:t>Kept up with SEO trends, search engine updates, and basic best practices.</w:t>
      </w:r>
    </w:p>
    <w:p w14:paraId="32743585" w14:textId="2492DAF8" w:rsidR="00192424" w:rsidRPr="00726DFB" w:rsidRDefault="00726DFB" w:rsidP="00726DFB">
      <w:pPr>
        <w:spacing w:after="40" w:line="240" w:lineRule="auto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000000" w:rsidRPr="00726DFB">
        <w:rPr>
          <w:b/>
          <w:sz w:val="28"/>
          <w:szCs w:val="28"/>
        </w:rPr>
        <w:t>EDUCATION</w:t>
      </w:r>
    </w:p>
    <w:p w14:paraId="2F35F813" w14:textId="77777777" w:rsidR="00192424" w:rsidRPr="00726DFB" w:rsidRDefault="00000000">
      <w:pPr>
        <w:spacing w:after="20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Bachelor of Commerce (B.Com): </w:t>
      </w:r>
      <w:r w:rsidRPr="00726DFB">
        <w:rPr>
          <w:sz w:val="24"/>
          <w:szCs w:val="24"/>
        </w:rPr>
        <w:t>2026</w:t>
      </w:r>
    </w:p>
    <w:p w14:paraId="447AB2B0" w14:textId="77777777" w:rsidR="00192424" w:rsidRPr="00726DFB" w:rsidRDefault="00000000">
      <w:pPr>
        <w:spacing w:after="20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Class XII (Commerce) – 2023: </w:t>
      </w:r>
      <w:r w:rsidRPr="00726DFB">
        <w:rPr>
          <w:sz w:val="24"/>
          <w:szCs w:val="24"/>
        </w:rPr>
        <w:t>English 95 | Accountancy 95 | Business Studies 95 | Mathematics 93 | Economics 94</w:t>
      </w:r>
    </w:p>
    <w:p w14:paraId="3225F636" w14:textId="77777777" w:rsidR="00192424" w:rsidRPr="00726DFB" w:rsidRDefault="00000000">
      <w:pPr>
        <w:spacing w:after="20"/>
        <w:rPr>
          <w:sz w:val="24"/>
          <w:szCs w:val="24"/>
        </w:rPr>
      </w:pPr>
      <w:r w:rsidRPr="00726DFB">
        <w:rPr>
          <w:b/>
          <w:sz w:val="24"/>
          <w:szCs w:val="24"/>
        </w:rPr>
        <w:t xml:space="preserve">Class X (CBSE) – 2021: </w:t>
      </w:r>
      <w:r w:rsidRPr="00726DFB">
        <w:rPr>
          <w:sz w:val="24"/>
          <w:szCs w:val="24"/>
        </w:rPr>
        <w:t>English 90 | French 87 | Mathematics 91 | Science 92 | Social Science 93 | IT 95</w:t>
      </w:r>
    </w:p>
    <w:p w14:paraId="5A78339E" w14:textId="77777777" w:rsidR="00726DFB" w:rsidRDefault="00726DFB">
      <w:pPr>
        <w:spacing w:after="40"/>
        <w:rPr>
          <w:b/>
          <w:sz w:val="28"/>
          <w:szCs w:val="28"/>
        </w:rPr>
      </w:pPr>
    </w:p>
    <w:p w14:paraId="75633B26" w14:textId="506124B7" w:rsidR="00192424" w:rsidRPr="00726DFB" w:rsidRDefault="00000000">
      <w:pPr>
        <w:spacing w:after="40"/>
        <w:rPr>
          <w:sz w:val="28"/>
          <w:szCs w:val="28"/>
        </w:rPr>
      </w:pPr>
      <w:r w:rsidRPr="00726DFB">
        <w:rPr>
          <w:b/>
          <w:sz w:val="28"/>
          <w:szCs w:val="28"/>
        </w:rPr>
        <w:lastRenderedPageBreak/>
        <w:t>CERTIFICATIONS &amp; TRAINING</w:t>
      </w:r>
    </w:p>
    <w:p w14:paraId="7AE11038" w14:textId="77777777" w:rsidR="00192424" w:rsidRPr="00726DFB" w:rsidRDefault="00000000">
      <w:pPr>
        <w:spacing w:after="20"/>
        <w:rPr>
          <w:sz w:val="24"/>
          <w:szCs w:val="24"/>
        </w:rPr>
      </w:pPr>
      <w:r w:rsidRPr="00726DFB">
        <w:rPr>
          <w:b/>
          <w:sz w:val="24"/>
          <w:szCs w:val="24"/>
        </w:rPr>
        <w:t>45-Day Skill Impact Bond Training Program (ITES Sector)</w:t>
      </w:r>
    </w:p>
    <w:p w14:paraId="59D8D094" w14:textId="77F1F89F" w:rsidR="00726DFB" w:rsidRPr="00726DFB" w:rsidRDefault="00000000" w:rsidP="00726DFB">
      <w:pPr>
        <w:spacing w:after="40" w:line="240" w:lineRule="auto"/>
        <w:rPr>
          <w:sz w:val="24"/>
          <w:szCs w:val="24"/>
        </w:rPr>
      </w:pPr>
      <w:r w:rsidRPr="00726DFB">
        <w:rPr>
          <w:sz w:val="24"/>
          <w:szCs w:val="24"/>
        </w:rPr>
        <w:t>Magic Bus India Foundation – Life Skills, Spoken English, and Basic Computer Training.</w:t>
      </w:r>
      <w:r w:rsidR="00726DFB">
        <w:rPr>
          <w:sz w:val="24"/>
          <w:szCs w:val="24"/>
        </w:rPr>
        <w:br/>
      </w:r>
    </w:p>
    <w:p w14:paraId="32DA29E2" w14:textId="77777777" w:rsidR="00192424" w:rsidRPr="00726DFB" w:rsidRDefault="00000000" w:rsidP="00726DFB">
      <w:pPr>
        <w:spacing w:after="40" w:line="240" w:lineRule="auto"/>
        <w:rPr>
          <w:sz w:val="28"/>
          <w:szCs w:val="28"/>
        </w:rPr>
      </w:pPr>
      <w:r w:rsidRPr="00726DFB">
        <w:rPr>
          <w:b/>
          <w:sz w:val="28"/>
          <w:szCs w:val="28"/>
        </w:rPr>
        <w:t>TECHNICAL SKILLS</w:t>
      </w:r>
    </w:p>
    <w:p w14:paraId="76858CFA" w14:textId="18DBEE84" w:rsidR="00192424" w:rsidRPr="00726DFB" w:rsidRDefault="00000000" w:rsidP="00726DFB">
      <w:pPr>
        <w:spacing w:after="40" w:line="240" w:lineRule="auto"/>
        <w:rPr>
          <w:sz w:val="24"/>
          <w:szCs w:val="24"/>
        </w:rPr>
      </w:pPr>
      <w:r w:rsidRPr="00726DFB">
        <w:rPr>
          <w:sz w:val="24"/>
          <w:szCs w:val="24"/>
        </w:rPr>
        <w:t xml:space="preserve">Google Search </w:t>
      </w:r>
      <w:proofErr w:type="gramStart"/>
      <w:r w:rsidRPr="00726DFB">
        <w:rPr>
          <w:sz w:val="24"/>
          <w:szCs w:val="24"/>
        </w:rPr>
        <w:t>Console  •</w:t>
      </w:r>
      <w:proofErr w:type="gramEnd"/>
      <w:r w:rsidRPr="00726DFB">
        <w:rPr>
          <w:sz w:val="24"/>
          <w:szCs w:val="24"/>
        </w:rPr>
        <w:t xml:space="preserve">  Google </w:t>
      </w:r>
      <w:proofErr w:type="gramStart"/>
      <w:r w:rsidRPr="00726DFB">
        <w:rPr>
          <w:sz w:val="24"/>
          <w:szCs w:val="24"/>
        </w:rPr>
        <w:t>Analytics  •</w:t>
      </w:r>
      <w:proofErr w:type="gramEnd"/>
      <w:r w:rsidRPr="00726DFB">
        <w:rPr>
          <w:sz w:val="24"/>
          <w:szCs w:val="24"/>
        </w:rPr>
        <w:t xml:space="preserve">  SEO </w:t>
      </w:r>
      <w:proofErr w:type="gramStart"/>
      <w:r w:rsidRPr="00726DFB">
        <w:rPr>
          <w:sz w:val="24"/>
          <w:szCs w:val="24"/>
        </w:rPr>
        <w:t>Tools  •</w:t>
      </w:r>
      <w:proofErr w:type="gramEnd"/>
      <w:r w:rsidRPr="00726DFB">
        <w:rPr>
          <w:sz w:val="24"/>
          <w:szCs w:val="24"/>
        </w:rPr>
        <w:t xml:space="preserve">  Microsoft </w:t>
      </w:r>
      <w:proofErr w:type="gramStart"/>
      <w:r w:rsidRPr="00726DFB">
        <w:rPr>
          <w:sz w:val="24"/>
          <w:szCs w:val="24"/>
        </w:rPr>
        <w:t>Excel  •</w:t>
      </w:r>
      <w:proofErr w:type="gramEnd"/>
      <w:r w:rsidRPr="00726DFB">
        <w:rPr>
          <w:sz w:val="24"/>
          <w:szCs w:val="24"/>
        </w:rPr>
        <w:t xml:space="preserve">  Microsoft </w:t>
      </w:r>
      <w:proofErr w:type="gramStart"/>
      <w:r w:rsidRPr="00726DFB">
        <w:rPr>
          <w:sz w:val="24"/>
          <w:szCs w:val="24"/>
        </w:rPr>
        <w:t>Word  •</w:t>
      </w:r>
      <w:proofErr w:type="gramEnd"/>
      <w:r w:rsidRPr="00726DFB">
        <w:rPr>
          <w:sz w:val="24"/>
          <w:szCs w:val="24"/>
        </w:rPr>
        <w:t xml:space="preserve">  Microsoft </w:t>
      </w:r>
      <w:proofErr w:type="gramStart"/>
      <w:r w:rsidRPr="00726DFB">
        <w:rPr>
          <w:sz w:val="24"/>
          <w:szCs w:val="24"/>
        </w:rPr>
        <w:t>PowerPoint  •</w:t>
      </w:r>
      <w:proofErr w:type="gramEnd"/>
      <w:r w:rsidRPr="00726DFB">
        <w:rPr>
          <w:sz w:val="24"/>
          <w:szCs w:val="24"/>
        </w:rPr>
        <w:t xml:space="preserve">  Basic Computer </w:t>
      </w:r>
      <w:proofErr w:type="gramStart"/>
      <w:r w:rsidRPr="00726DFB">
        <w:rPr>
          <w:sz w:val="24"/>
          <w:szCs w:val="24"/>
        </w:rPr>
        <w:t>Operations  •</w:t>
      </w:r>
      <w:proofErr w:type="gramEnd"/>
      <w:r w:rsidRPr="00726DFB">
        <w:rPr>
          <w:sz w:val="24"/>
          <w:szCs w:val="24"/>
        </w:rPr>
        <w:t xml:space="preserve">  Documentation Management</w:t>
      </w:r>
      <w:r w:rsidR="00726DFB">
        <w:rPr>
          <w:sz w:val="24"/>
          <w:szCs w:val="24"/>
        </w:rPr>
        <w:br/>
      </w:r>
    </w:p>
    <w:p w14:paraId="7C7E56C4" w14:textId="77777777" w:rsidR="00192424" w:rsidRPr="00726DFB" w:rsidRDefault="00000000" w:rsidP="00726DFB">
      <w:pPr>
        <w:spacing w:after="40" w:line="240" w:lineRule="auto"/>
        <w:rPr>
          <w:sz w:val="28"/>
          <w:szCs w:val="28"/>
        </w:rPr>
      </w:pPr>
      <w:r w:rsidRPr="00726DFB">
        <w:rPr>
          <w:b/>
          <w:sz w:val="28"/>
          <w:szCs w:val="28"/>
        </w:rPr>
        <w:t>SOFT SKILLS</w:t>
      </w:r>
    </w:p>
    <w:p w14:paraId="15D39877" w14:textId="77777777" w:rsidR="00192424" w:rsidRPr="00726DFB" w:rsidRDefault="00000000">
      <w:pPr>
        <w:rPr>
          <w:sz w:val="24"/>
          <w:szCs w:val="24"/>
        </w:rPr>
      </w:pPr>
      <w:r w:rsidRPr="00726DFB">
        <w:rPr>
          <w:sz w:val="24"/>
          <w:szCs w:val="24"/>
        </w:rPr>
        <w:t>Communication  •  Active Listening  •  Teamwork  •  Coordination  •  Time Management  •  Analytical Thinking  •  Interpersonal Skills</w:t>
      </w:r>
    </w:p>
    <w:sectPr w:rsidR="00192424" w:rsidRPr="00726DFB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2505521">
    <w:abstractNumId w:val="8"/>
  </w:num>
  <w:num w:numId="2" w16cid:durableId="927812002">
    <w:abstractNumId w:val="6"/>
  </w:num>
  <w:num w:numId="3" w16cid:durableId="888228757">
    <w:abstractNumId w:val="5"/>
  </w:num>
  <w:num w:numId="4" w16cid:durableId="1708219453">
    <w:abstractNumId w:val="4"/>
  </w:num>
  <w:num w:numId="5" w16cid:durableId="1846628216">
    <w:abstractNumId w:val="7"/>
  </w:num>
  <w:num w:numId="6" w16cid:durableId="715541971">
    <w:abstractNumId w:val="3"/>
  </w:num>
  <w:num w:numId="7" w16cid:durableId="710109917">
    <w:abstractNumId w:val="2"/>
  </w:num>
  <w:num w:numId="8" w16cid:durableId="1089153932">
    <w:abstractNumId w:val="1"/>
  </w:num>
  <w:num w:numId="9" w16cid:durableId="1772891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2424"/>
    <w:rsid w:val="0029639D"/>
    <w:rsid w:val="00326F90"/>
    <w:rsid w:val="00726DFB"/>
    <w:rsid w:val="00AA1D8D"/>
    <w:rsid w:val="00B47730"/>
    <w:rsid w:val="00CB0664"/>
    <w:rsid w:val="00F0111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417275"/>
  <w14:defaultImageDpi w14:val="300"/>
  <w15:docId w15:val="{5D46E82F-275E-4B22-8C57-88D2D19B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DFB"/>
  </w:style>
  <w:style w:type="paragraph" w:styleId="Heading1">
    <w:name w:val="heading 1"/>
    <w:basedOn w:val="Normal"/>
    <w:next w:val="Normal"/>
    <w:link w:val="Heading1Char"/>
    <w:uiPriority w:val="9"/>
    <w:qFormat/>
    <w:rsid w:val="00726DF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DF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6DF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DF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DF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DF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DF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DF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DF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726DF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26DF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726DFB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726DFB"/>
    <w:rPr>
      <w:caps/>
      <w:color w:val="243F60" w:themeColor="accent1" w:themeShade="7F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726DF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6DF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DF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726DFB"/>
    <w:rPr>
      <w:caps/>
      <w:color w:val="595959" w:themeColor="text1" w:themeTint="A6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726DF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26DFB"/>
    <w:rPr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DF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DF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DF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DF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DF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DF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6DFB"/>
    <w:rPr>
      <w:b/>
      <w:bCs/>
      <w:color w:val="365F91" w:themeColor="accent1" w:themeShade="BF"/>
      <w:sz w:val="16"/>
      <w:szCs w:val="16"/>
    </w:rPr>
  </w:style>
  <w:style w:type="character" w:styleId="Strong">
    <w:name w:val="Strong"/>
    <w:uiPriority w:val="22"/>
    <w:qFormat/>
    <w:rsid w:val="00726DFB"/>
    <w:rPr>
      <w:b/>
      <w:bCs/>
    </w:rPr>
  </w:style>
  <w:style w:type="character" w:styleId="Emphasis">
    <w:name w:val="Emphasis"/>
    <w:uiPriority w:val="20"/>
    <w:qFormat/>
    <w:rsid w:val="00726DFB"/>
    <w:rPr>
      <w:caps/>
      <w:color w:val="243F60" w:themeColor="accent1" w:themeShade="7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DF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DF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726DF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726DF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726DF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726DF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726DF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6DFB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onlinegstregister@gmail.com</cp:lastModifiedBy>
  <cp:revision>2</cp:revision>
  <dcterms:created xsi:type="dcterms:W3CDTF">2026-09-15T07:13:00Z</dcterms:created>
  <dcterms:modified xsi:type="dcterms:W3CDTF">2026-09-15T07:13:00Z</dcterms:modified>
  <cp:category/>
</cp:coreProperties>
</file>